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0F1B1" w14:textId="1489ED4F" w:rsidR="0078564C" w:rsidRPr="0095396B" w:rsidRDefault="00D63309" w:rsidP="0095396B">
      <w:pPr>
        <w:rPr>
          <w:lang w:eastAsia="ja-JP"/>
        </w:rPr>
      </w:pPr>
      <w:bookmarkStart w:id="0" w:name="_Hlk222826759"/>
      <w:r>
        <w:rPr>
          <w:rFonts w:hint="eastAsia"/>
          <w:lang w:eastAsia="ja-JP"/>
        </w:rPr>
        <w:t>（</w:t>
      </w:r>
      <w:r w:rsidR="0078564C" w:rsidRPr="0095396B">
        <w:rPr>
          <w:lang w:eastAsia="ja-JP"/>
        </w:rPr>
        <w:t>様式</w:t>
      </w:r>
      <w:r>
        <w:rPr>
          <w:rFonts w:hint="eastAsia"/>
          <w:lang w:eastAsia="ja-JP"/>
        </w:rPr>
        <w:t>４）</w:t>
      </w:r>
    </w:p>
    <w:p w14:paraId="4924F3D4" w14:textId="1C688A5E" w:rsidR="0078564C" w:rsidRPr="00C719D7" w:rsidRDefault="0078564C" w:rsidP="0078564C">
      <w:pPr>
        <w:jc w:val="center"/>
        <w:rPr>
          <w:rFonts w:ascii="ＭＳ ゴシック" w:eastAsia="ＭＳ ゴシック" w:hAnsi="ＭＳ ゴシック"/>
          <w:sz w:val="28"/>
          <w:szCs w:val="28"/>
          <w:lang w:eastAsia="ja-JP"/>
        </w:rPr>
      </w:pPr>
      <w:r w:rsidRPr="00C719D7">
        <w:rPr>
          <w:rFonts w:ascii="ＭＳ ゴシック" w:eastAsia="ＭＳ ゴシック" w:hAnsi="ＭＳ ゴシック"/>
          <w:sz w:val="28"/>
          <w:szCs w:val="28"/>
          <w:lang w:eastAsia="ja-JP"/>
        </w:rPr>
        <w:t>保護者同意書</w:t>
      </w:r>
    </w:p>
    <w:tbl>
      <w:tblPr>
        <w:tblpPr w:leftFromText="142" w:rightFromText="142" w:vertAnchor="text" w:horzAnchor="margin" w:tblpY="9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5461"/>
      </w:tblGrid>
      <w:tr w:rsidR="00380AE8" w:rsidRPr="0078564C" w14:paraId="69FF57D6" w14:textId="77777777" w:rsidTr="001710BF">
        <w:trPr>
          <w:trHeight w:val="699"/>
        </w:trPr>
        <w:tc>
          <w:tcPr>
            <w:tcW w:w="4320" w:type="dxa"/>
            <w:vAlign w:val="center"/>
          </w:tcPr>
          <w:p w14:paraId="1941080D" w14:textId="37113E53" w:rsidR="001710BF" w:rsidRPr="0078564C" w:rsidRDefault="00380AE8" w:rsidP="001710BF">
            <w:pPr>
              <w:ind w:firstLineChars="100" w:firstLine="220"/>
              <w:rPr>
                <w:lang w:eastAsia="ja-JP"/>
              </w:rPr>
            </w:pPr>
            <w:proofErr w:type="spellStart"/>
            <w:r w:rsidRPr="0078564C">
              <w:t>応募者氏名</w:t>
            </w:r>
            <w:proofErr w:type="spellEnd"/>
          </w:p>
        </w:tc>
        <w:tc>
          <w:tcPr>
            <w:tcW w:w="5461" w:type="dxa"/>
            <w:vAlign w:val="center"/>
          </w:tcPr>
          <w:p w14:paraId="6EDE8774" w14:textId="77777777" w:rsidR="00380AE8" w:rsidRPr="0078564C" w:rsidRDefault="00380AE8" w:rsidP="00380AE8">
            <w:pPr>
              <w:rPr>
                <w:lang w:eastAsia="ja-JP"/>
              </w:rPr>
            </w:pPr>
          </w:p>
        </w:tc>
      </w:tr>
      <w:tr w:rsidR="00380AE8" w:rsidRPr="0078564C" w14:paraId="02913421" w14:textId="77777777" w:rsidTr="001710BF">
        <w:trPr>
          <w:trHeight w:val="722"/>
        </w:trPr>
        <w:tc>
          <w:tcPr>
            <w:tcW w:w="4320" w:type="dxa"/>
            <w:vAlign w:val="center"/>
          </w:tcPr>
          <w:p w14:paraId="03D99FC3" w14:textId="4DE7DBB0" w:rsidR="00380AE8" w:rsidRPr="0078564C" w:rsidRDefault="00380AE8" w:rsidP="001710BF">
            <w:pPr>
              <w:ind w:firstLineChars="100" w:firstLine="220"/>
            </w:pPr>
            <w:proofErr w:type="spellStart"/>
            <w:r w:rsidRPr="0078564C">
              <w:t>学校名・学年</w:t>
            </w:r>
            <w:proofErr w:type="spellEnd"/>
          </w:p>
        </w:tc>
        <w:tc>
          <w:tcPr>
            <w:tcW w:w="5461" w:type="dxa"/>
            <w:vAlign w:val="center"/>
          </w:tcPr>
          <w:p w14:paraId="4ED2A859" w14:textId="77777777" w:rsidR="00380AE8" w:rsidRPr="0078564C" w:rsidRDefault="00380AE8" w:rsidP="00380AE8">
            <w:pPr>
              <w:rPr>
                <w:lang w:eastAsia="ja-JP"/>
              </w:rPr>
            </w:pPr>
          </w:p>
        </w:tc>
      </w:tr>
    </w:tbl>
    <w:p w14:paraId="29AAE39C" w14:textId="58FD16FE" w:rsidR="0078564C" w:rsidRPr="0078564C" w:rsidRDefault="00035155" w:rsidP="001470EE">
      <w:pPr>
        <w:spacing w:line="240" w:lineRule="auto"/>
        <w:ind w:firstLineChars="100" w:firstLine="220"/>
        <w:rPr>
          <w:lang w:eastAsia="ja-JP"/>
        </w:rPr>
      </w:pPr>
      <w:r w:rsidRPr="00035155">
        <w:rPr>
          <w:rFonts w:hint="eastAsia"/>
          <w:lang w:eastAsia="ja-JP"/>
        </w:rPr>
        <w:t>私は、次の応募者が塩尻市教育委員会の実施する</w:t>
      </w:r>
      <w:r w:rsidR="00624C85">
        <w:rPr>
          <w:rFonts w:hint="eastAsia"/>
          <w:lang w:eastAsia="ja-JP"/>
        </w:rPr>
        <w:t>塩尻市</w:t>
      </w:r>
      <w:r w:rsidRPr="00035155">
        <w:rPr>
          <w:rFonts w:hint="eastAsia"/>
          <w:lang w:eastAsia="ja-JP"/>
        </w:rPr>
        <w:t>高校生短期海外学習応援事業に応募し、参加者として決定された場合に、立教英国学院における短期海外学習に参加することについて、募集要項の内容を確認した上で、次の事項に同意します。</w:t>
      </w:r>
    </w:p>
    <w:p w14:paraId="124BCD55" w14:textId="77777777" w:rsidR="00380AE8" w:rsidRPr="00380AE8" w:rsidRDefault="00380AE8" w:rsidP="00380AE8">
      <w:pPr>
        <w:spacing w:line="40" w:lineRule="exact"/>
        <w:rPr>
          <w:rFonts w:ascii="ＭＳ ゴシック" w:eastAsia="ＭＳ ゴシック" w:hAnsi="ＭＳ ゴシック"/>
          <w:sz w:val="21"/>
          <w:szCs w:val="21"/>
          <w:lang w:eastAsia="ja-JP"/>
        </w:rPr>
      </w:pPr>
    </w:p>
    <w:p w14:paraId="5BFB0C46" w14:textId="178988A5" w:rsidR="0078564C" w:rsidRPr="00C719D7" w:rsidRDefault="0078564C" w:rsidP="00B02FE3">
      <w:pPr>
        <w:spacing w:line="240" w:lineRule="exact"/>
        <w:rPr>
          <w:rFonts w:ascii="ＭＳ ゴシック" w:eastAsia="ＭＳ ゴシック" w:hAnsi="ＭＳ ゴシック"/>
          <w:lang w:eastAsia="ja-JP"/>
        </w:rPr>
      </w:pPr>
      <w:r w:rsidRPr="00C719D7">
        <w:rPr>
          <w:rFonts w:ascii="ＭＳ ゴシック" w:eastAsia="ＭＳ ゴシック" w:hAnsi="ＭＳ ゴシック"/>
          <w:lang w:eastAsia="ja-JP"/>
        </w:rPr>
        <w:t>【同意事項】</w:t>
      </w:r>
    </w:p>
    <w:p w14:paraId="4912C6AD" w14:textId="6A68B4BA" w:rsidR="0078564C" w:rsidRPr="0078564C" w:rsidRDefault="0078564C" w:rsidP="00B02FE3">
      <w:pPr>
        <w:spacing w:line="240" w:lineRule="exact"/>
        <w:ind w:left="238" w:hangingChars="108" w:hanging="238"/>
        <w:rPr>
          <w:lang w:eastAsia="ja-JP"/>
        </w:rPr>
      </w:pPr>
      <w:r w:rsidRPr="0078564C">
        <w:rPr>
          <w:lang w:eastAsia="ja-JP"/>
        </w:rPr>
        <w:t xml:space="preserve">１　</w:t>
      </w:r>
      <w:r w:rsidR="001470EE" w:rsidRPr="001470EE">
        <w:rPr>
          <w:rFonts w:hint="eastAsia"/>
          <w:lang w:eastAsia="ja-JP"/>
        </w:rPr>
        <w:t>立教英国学院が学校教育法第</w:t>
      </w:r>
      <w:r w:rsidR="001470EE" w:rsidRPr="001470EE">
        <w:rPr>
          <w:lang w:eastAsia="ja-JP"/>
        </w:rPr>
        <w:t>1条に規定する学校ではないことを理解し、短期海外学習期間中及び復学後の単位、出席、履修、成績等について、在籍校と必要な確認及び調整を行います。</w:t>
      </w:r>
    </w:p>
    <w:p w14:paraId="705CAE3D" w14:textId="6D7C7DAD" w:rsidR="0078564C" w:rsidRPr="0078564C" w:rsidRDefault="0078564C" w:rsidP="00B02FE3">
      <w:pPr>
        <w:spacing w:line="240" w:lineRule="auto"/>
        <w:ind w:left="209" w:hangingChars="95" w:hanging="209"/>
        <w:rPr>
          <w:lang w:eastAsia="ja-JP"/>
        </w:rPr>
      </w:pPr>
      <w:r w:rsidRPr="0078564C">
        <w:rPr>
          <w:lang w:eastAsia="ja-JP"/>
        </w:rPr>
        <w:t xml:space="preserve">２　</w:t>
      </w:r>
      <w:r w:rsidR="00BA167A" w:rsidRPr="00BA167A">
        <w:rPr>
          <w:rFonts w:hint="eastAsia"/>
          <w:lang w:eastAsia="ja-JP"/>
        </w:rPr>
        <w:t>参加者として決定された場合は、傷病その他やむを得ない事情がある場合を除き、本事業に参加します。また、</w:t>
      </w:r>
      <w:r w:rsidR="00B02FE3" w:rsidRPr="00B02FE3">
        <w:rPr>
          <w:rFonts w:hint="eastAsia"/>
          <w:lang w:eastAsia="ja-JP"/>
        </w:rPr>
        <w:t>参加者として決定された後、本人又は保護者の都合による辞退、渡航中止又は渡航日若しくは帰国日の変更等により費用が生じた場合は、募集要項に基づき負担することを了承します。</w:t>
      </w:r>
    </w:p>
    <w:p w14:paraId="2E9560BC" w14:textId="09F96FC7" w:rsidR="0078564C" w:rsidRPr="0078564C" w:rsidRDefault="0078564C" w:rsidP="00B02FE3">
      <w:pPr>
        <w:spacing w:line="240" w:lineRule="auto"/>
        <w:ind w:left="209" w:hangingChars="95" w:hanging="209"/>
        <w:rPr>
          <w:lang w:eastAsia="ja-JP"/>
        </w:rPr>
      </w:pPr>
      <w:r w:rsidRPr="0078564C">
        <w:rPr>
          <w:lang w:eastAsia="ja-JP"/>
        </w:rPr>
        <w:t xml:space="preserve">３　</w:t>
      </w:r>
      <w:r w:rsidR="00D5715B" w:rsidRPr="00D5715B">
        <w:rPr>
          <w:rFonts w:hint="eastAsia"/>
          <w:lang w:eastAsia="ja-JP"/>
        </w:rPr>
        <w:t>募集要項に定める補助対象外経費及び補助金の額を超える経費を負担します。</w:t>
      </w:r>
      <w:r w:rsidR="001470EE" w:rsidRPr="001470EE">
        <w:rPr>
          <w:rFonts w:hint="eastAsia"/>
          <w:lang w:eastAsia="ja-JP"/>
        </w:rPr>
        <w:t>また、応募者の健康状態、服薬、アレルギーその他必要な事項を正確に申告し、</w:t>
      </w:r>
      <w:r w:rsidR="00B02FE3" w:rsidRPr="00B02FE3">
        <w:rPr>
          <w:rFonts w:hint="eastAsia"/>
          <w:lang w:eastAsia="ja-JP"/>
        </w:rPr>
        <w:t>本人及び保護者の責任において補償内容を確認した上で、海外旅行保険等に加入します。</w:t>
      </w:r>
      <w:r w:rsidR="000A13E1" w:rsidRPr="000A13E1">
        <w:rPr>
          <w:rFonts w:hint="eastAsia"/>
          <w:lang w:eastAsia="ja-JP"/>
        </w:rPr>
        <w:t>参加者の決定後に健康状態又は生活状況に重大な変化が生じ、安全な海外での学習又は寮生活の実施が困難であると塩尻市教育委員会が認めた場合は、その判断に従います。</w:t>
      </w:r>
    </w:p>
    <w:p w14:paraId="33ACC877" w14:textId="7C2A110A" w:rsidR="0078564C" w:rsidRPr="001C1F93" w:rsidRDefault="0078564C" w:rsidP="00D5375D">
      <w:pPr>
        <w:ind w:left="220" w:hangingChars="100" w:hanging="220"/>
        <w:rPr>
          <w:lang w:eastAsia="ja-JP"/>
        </w:rPr>
      </w:pPr>
      <w:r w:rsidRPr="0078564C">
        <w:rPr>
          <w:lang w:eastAsia="ja-JP"/>
        </w:rPr>
        <w:t xml:space="preserve">４　</w:t>
      </w:r>
      <w:r w:rsidR="001C1F93" w:rsidRPr="001C1F93">
        <w:rPr>
          <w:rFonts w:hint="eastAsia"/>
          <w:lang w:eastAsia="ja-JP"/>
        </w:rPr>
        <w:t>事故、疾病その他の緊急事態が発生した場合は、立教英国学院、医療機関その他の関係機関による必要な対応及び連絡調整に協力します。</w:t>
      </w:r>
    </w:p>
    <w:p w14:paraId="0693519B" w14:textId="56177EAA" w:rsidR="0078564C" w:rsidRDefault="0078564C" w:rsidP="001470EE">
      <w:pPr>
        <w:spacing w:line="240" w:lineRule="auto"/>
        <w:ind w:left="222" w:hangingChars="101" w:hanging="222"/>
        <w:rPr>
          <w:lang w:eastAsia="ja-JP"/>
        </w:rPr>
      </w:pPr>
      <w:r w:rsidRPr="0078564C">
        <w:rPr>
          <w:lang w:eastAsia="ja-JP"/>
        </w:rPr>
        <w:t xml:space="preserve">５　</w:t>
      </w:r>
      <w:r w:rsidR="001470EE" w:rsidRPr="001470EE">
        <w:rPr>
          <w:rFonts w:hint="eastAsia"/>
          <w:lang w:eastAsia="ja-JP"/>
        </w:rPr>
        <w:t>提出した個人情報及び健康状態等に関する情報が、本事業の選考、渡航準備、安全管理及び実施に必要な範囲で、塩尻市、在籍校、立教英国学院その他の関係機関において利用又は共有されることに同意します。</w:t>
      </w:r>
    </w:p>
    <w:p w14:paraId="439FB7F9" w14:textId="69C3A137" w:rsidR="001470EE" w:rsidRDefault="001470EE" w:rsidP="001470EE">
      <w:pPr>
        <w:spacing w:line="240" w:lineRule="auto"/>
        <w:ind w:left="222" w:hangingChars="101" w:hanging="222"/>
        <w:rPr>
          <w:lang w:eastAsia="ja-JP"/>
        </w:rPr>
      </w:pPr>
      <w:r>
        <w:rPr>
          <w:rFonts w:hint="eastAsia"/>
          <w:lang w:eastAsia="ja-JP"/>
        </w:rPr>
        <w:t xml:space="preserve">６　</w:t>
      </w:r>
      <w:r w:rsidRPr="001470EE">
        <w:rPr>
          <w:rFonts w:hint="eastAsia"/>
          <w:lang w:eastAsia="ja-JP"/>
        </w:rPr>
        <w:t>市、在籍校及び立教英国学院の案内に従って必要な手続を行い、応募者が市の代表としての自覚を持ち、校則、寮の規則その他の指示を遵守するよう指導します。また、帰国後は、特別な事情がある場合を除き、市が実施する報告会、発表会その他の成果還元活動に協力します。虚偽の申告、出願資格の欠如その他募集要項に定める事由がある場合は、決定が取り消されることを了承します。</w:t>
      </w:r>
    </w:p>
    <w:p w14:paraId="57C5A5CC" w14:textId="66E2F540" w:rsidR="00AE5B72" w:rsidRDefault="0049105D" w:rsidP="001710BF">
      <w:pPr>
        <w:spacing w:line="200" w:lineRule="atLeast"/>
        <w:ind w:firstLineChars="100" w:firstLine="220"/>
        <w:rPr>
          <w:lang w:eastAsia="ja-JP"/>
        </w:rPr>
      </w:pPr>
      <w:r w:rsidRPr="0049105D">
        <w:rPr>
          <w:lang w:eastAsia="ja-JP"/>
        </w:rPr>
        <w:t>以上のとおり、募集要項及び上記の事項を確認し、同意します。</w:t>
      </w:r>
    </w:p>
    <w:bookmarkEnd w:id="0"/>
    <w:p w14:paraId="7688CB7E" w14:textId="77777777" w:rsidR="001710BF" w:rsidRDefault="001710BF" w:rsidP="001710BF">
      <w:pPr>
        <w:widowControl w:val="0"/>
        <w:spacing w:after="0" w:line="240" w:lineRule="auto"/>
        <w:ind w:firstLineChars="100" w:firstLine="220"/>
        <w:rPr>
          <w:rFonts w:cs="Times New Roman"/>
          <w:lang w:eastAsia="ja-JP"/>
        </w:rPr>
      </w:pPr>
    </w:p>
    <w:p w14:paraId="5D5D768D" w14:textId="100A4F16" w:rsidR="00960D50" w:rsidRPr="00960D50" w:rsidRDefault="00960D50" w:rsidP="001710BF">
      <w:pPr>
        <w:widowControl w:val="0"/>
        <w:spacing w:after="0" w:line="240" w:lineRule="auto"/>
        <w:ind w:firstLineChars="100" w:firstLine="220"/>
        <w:rPr>
          <w:rFonts w:cs="Times New Roman"/>
          <w:lang w:eastAsia="ja-JP"/>
        </w:rPr>
      </w:pPr>
      <w:r>
        <w:rPr>
          <w:rFonts w:cs="Times New Roman" w:hint="eastAsia"/>
          <w:noProof/>
        </w:rPr>
        <mc:AlternateContent>
          <mc:Choice Requires="wps">
            <w:drawing>
              <wp:anchor distT="0" distB="0" distL="114300" distR="114300" simplePos="0" relativeHeight="251659264" behindDoc="0" locked="0" layoutInCell="1" allowOverlap="1" wp14:anchorId="44539916" wp14:editId="577FDE98">
                <wp:simplePos x="0" y="0"/>
                <wp:positionH relativeFrom="column">
                  <wp:posOffset>1451610</wp:posOffset>
                </wp:positionH>
                <wp:positionV relativeFrom="paragraph">
                  <wp:posOffset>227330</wp:posOffset>
                </wp:positionV>
                <wp:extent cx="344424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344424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1BEF11"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4.3pt,17.9pt" to="385.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" strokecolor="black [3040]"/>
            </w:pict>
          </mc:Fallback>
        </mc:AlternateContent>
      </w:r>
      <w:r w:rsidRPr="005A57BA">
        <w:rPr>
          <w:rFonts w:cs="Times New Roman" w:hint="eastAsia"/>
          <w:lang w:eastAsia="ja-JP"/>
        </w:rPr>
        <w:t>保護者氏名（自署）</w:t>
      </w:r>
      <w:r w:rsidRPr="005A57BA">
        <w:rPr>
          <w:rFonts w:cs="Times New Roman" w:hint="eastAsia"/>
          <w:u w:val="single"/>
          <w:lang w:eastAsia="ja-JP"/>
        </w:rPr>
        <w:t xml:space="preserve">　</w:t>
      </w:r>
    </w:p>
    <w:p w14:paraId="00F4D0CD" w14:textId="77777777" w:rsidR="00960D50" w:rsidRDefault="00960D50" w:rsidP="001710BF">
      <w:pPr>
        <w:widowControl w:val="0"/>
        <w:spacing w:after="0" w:line="240" w:lineRule="auto"/>
        <w:ind w:firstLineChars="100" w:firstLine="220"/>
        <w:rPr>
          <w:rFonts w:cs="Times New Roman"/>
          <w:lang w:eastAsia="ja-JP"/>
        </w:rPr>
      </w:pPr>
    </w:p>
    <w:p w14:paraId="5A430252" w14:textId="5F8B6028" w:rsidR="00960D50" w:rsidRPr="005A57BA" w:rsidRDefault="00960D50" w:rsidP="001710BF">
      <w:pPr>
        <w:widowControl w:val="0"/>
        <w:spacing w:after="0" w:line="240" w:lineRule="auto"/>
        <w:ind w:firstLineChars="100" w:firstLine="220"/>
        <w:rPr>
          <w:rFonts w:cs="Times New Roman"/>
          <w:lang w:eastAsia="ja-JP"/>
        </w:rPr>
      </w:pPr>
      <w:r w:rsidRPr="005A57BA">
        <w:rPr>
          <w:rFonts w:cs="Times New Roman" w:hint="eastAsia"/>
          <w:lang w:eastAsia="ja-JP"/>
        </w:rPr>
        <w:t>応募者との続柄：</w:t>
      </w:r>
    </w:p>
    <w:p w14:paraId="34EA550F" w14:textId="77777777" w:rsidR="00FE0C4F" w:rsidRPr="0078564C" w:rsidRDefault="00FE0C4F" w:rsidP="00380AE8">
      <w:pPr>
        <w:rPr>
          <w:lang w:eastAsia="ja-JP"/>
        </w:rPr>
      </w:pPr>
    </w:p>
    <w:sectPr w:rsidR="00FE0C4F" w:rsidRPr="0078564C" w:rsidSect="00927022">
      <w:pgSz w:w="12240" w:h="15840"/>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7D267" w14:textId="77777777" w:rsidR="00952E4D" w:rsidRDefault="00952E4D" w:rsidP="0078564C">
      <w:pPr>
        <w:spacing w:after="0" w:line="240" w:lineRule="auto"/>
      </w:pPr>
      <w:r>
        <w:separator/>
      </w:r>
    </w:p>
  </w:endnote>
  <w:endnote w:type="continuationSeparator" w:id="0">
    <w:p w14:paraId="630D56A8" w14:textId="77777777" w:rsidR="00952E4D" w:rsidRDefault="00952E4D" w:rsidP="00785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B1A25" w14:textId="77777777" w:rsidR="00952E4D" w:rsidRDefault="00952E4D" w:rsidP="0078564C">
      <w:pPr>
        <w:spacing w:after="0" w:line="240" w:lineRule="auto"/>
      </w:pPr>
      <w:r>
        <w:separator/>
      </w:r>
    </w:p>
  </w:footnote>
  <w:footnote w:type="continuationSeparator" w:id="0">
    <w:p w14:paraId="63EFC373" w14:textId="77777777" w:rsidR="00952E4D" w:rsidRDefault="00952E4D" w:rsidP="007856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103908718">
    <w:abstractNumId w:val="8"/>
  </w:num>
  <w:num w:numId="2" w16cid:durableId="1460535645">
    <w:abstractNumId w:val="6"/>
  </w:num>
  <w:num w:numId="3" w16cid:durableId="1852256918">
    <w:abstractNumId w:val="5"/>
  </w:num>
  <w:num w:numId="4" w16cid:durableId="15351778">
    <w:abstractNumId w:val="4"/>
  </w:num>
  <w:num w:numId="5" w16cid:durableId="1257250264">
    <w:abstractNumId w:val="7"/>
  </w:num>
  <w:num w:numId="6" w16cid:durableId="1887830895">
    <w:abstractNumId w:val="3"/>
  </w:num>
  <w:num w:numId="7" w16cid:durableId="2124811585">
    <w:abstractNumId w:val="2"/>
  </w:num>
  <w:num w:numId="8" w16cid:durableId="77335767">
    <w:abstractNumId w:val="1"/>
  </w:num>
  <w:num w:numId="9" w16cid:durableId="1989941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155"/>
    <w:rsid w:val="0006063C"/>
    <w:rsid w:val="000777F1"/>
    <w:rsid w:val="00096BBF"/>
    <w:rsid w:val="000A13E1"/>
    <w:rsid w:val="000C0E80"/>
    <w:rsid w:val="000D3487"/>
    <w:rsid w:val="001470EE"/>
    <w:rsid w:val="0015074B"/>
    <w:rsid w:val="001710BF"/>
    <w:rsid w:val="001C1F93"/>
    <w:rsid w:val="001D5F2B"/>
    <w:rsid w:val="0023524B"/>
    <w:rsid w:val="00255F74"/>
    <w:rsid w:val="00263486"/>
    <w:rsid w:val="0029639D"/>
    <w:rsid w:val="00326F90"/>
    <w:rsid w:val="00343979"/>
    <w:rsid w:val="00380AE8"/>
    <w:rsid w:val="003E0976"/>
    <w:rsid w:val="0048135B"/>
    <w:rsid w:val="0048365A"/>
    <w:rsid w:val="0049105D"/>
    <w:rsid w:val="004D07FC"/>
    <w:rsid w:val="00586DFA"/>
    <w:rsid w:val="005D1A5A"/>
    <w:rsid w:val="00624C85"/>
    <w:rsid w:val="00651179"/>
    <w:rsid w:val="006C6093"/>
    <w:rsid w:val="006E08F9"/>
    <w:rsid w:val="006F30DB"/>
    <w:rsid w:val="0078564C"/>
    <w:rsid w:val="007D0D05"/>
    <w:rsid w:val="007F6B0D"/>
    <w:rsid w:val="00813E74"/>
    <w:rsid w:val="008809AB"/>
    <w:rsid w:val="00882895"/>
    <w:rsid w:val="00894C8A"/>
    <w:rsid w:val="00902062"/>
    <w:rsid w:val="009053D1"/>
    <w:rsid w:val="00927022"/>
    <w:rsid w:val="00952E4D"/>
    <w:rsid w:val="0095396B"/>
    <w:rsid w:val="009569CE"/>
    <w:rsid w:val="00960D50"/>
    <w:rsid w:val="009739CA"/>
    <w:rsid w:val="009A43E0"/>
    <w:rsid w:val="00A35294"/>
    <w:rsid w:val="00A83403"/>
    <w:rsid w:val="00A94410"/>
    <w:rsid w:val="00AA1D8D"/>
    <w:rsid w:val="00AE5B72"/>
    <w:rsid w:val="00B02FE3"/>
    <w:rsid w:val="00B1490B"/>
    <w:rsid w:val="00B2545F"/>
    <w:rsid w:val="00B47730"/>
    <w:rsid w:val="00BA167A"/>
    <w:rsid w:val="00BC6724"/>
    <w:rsid w:val="00C00EFC"/>
    <w:rsid w:val="00C236E3"/>
    <w:rsid w:val="00C719D7"/>
    <w:rsid w:val="00C82EBC"/>
    <w:rsid w:val="00CB0664"/>
    <w:rsid w:val="00CB7A6F"/>
    <w:rsid w:val="00CD7403"/>
    <w:rsid w:val="00D5375D"/>
    <w:rsid w:val="00D5715B"/>
    <w:rsid w:val="00D63309"/>
    <w:rsid w:val="00DB75CB"/>
    <w:rsid w:val="00DF3E27"/>
    <w:rsid w:val="00F449EE"/>
    <w:rsid w:val="00FC693F"/>
    <w:rsid w:val="00FD6EC0"/>
    <w:rsid w:val="00FE0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E1DD5D8"/>
  <w14:defaultImageDpi w14:val="300"/>
  <w15:docId w15:val="{D2A3B6F0-FE31-4F3E-9A2F-8F817DD1A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明朝" w:hAnsi="ＭＳ 明朝"/>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9606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143</Words>
  <Characters>819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ta1596</dc:creator>
  <cp:keywords/>
  <cp:lastModifiedBy>au1315@shiojiri.local</cp:lastModifiedBy>
  <cp:revision>19</cp:revision>
  <dcterms:created xsi:type="dcterms:W3CDTF">2026-08-09T08:49:00Z</dcterms:created>
  <dcterms:modified xsi:type="dcterms:W3CDTF">2026-09-10T07:24:00Z</dcterms:modified>
  <cp:category/>
</cp:coreProperties>
</file>